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Objednávka opravy vozidla</w:t>
      </w:r>
    </w:p>
    <w:p>
      <w:r>
        <w:t>Vyplňte společně s autoservisem před předáním vozidla. Vzor zachycuje sjednaný rozsah, cenu a stav vozidla; každá strana si ponechá podepsané vyhotovení.</w:t>
      </w:r>
    </w:p>
    <w:p>
      <w:pPr>
        <w:pStyle w:val="Heading1"/>
      </w:pPr>
      <w:r>
        <w:t>Smluvní strany a vozidlo</w:t>
      </w:r>
    </w:p>
    <w:p>
      <w:r>
        <w:t>Zákazník: [jméno], adresa: [adresa]</w:t>
        <w:br/>
        <w:t>Telefon / e-mail pro schvalování změn: [kontakt]</w:t>
      </w:r>
    </w:p>
    <w:p>
      <w:r>
        <w:t>Autoservis: [název], IČO: [IČO], provozovna: [adresa]</w:t>
        <w:br/>
        <w:t>Kontaktní osoba / telefon: [údaje]</w:t>
      </w:r>
    </w:p>
    <w:p>
      <w:r>
        <w:t>Značka a model: [údaje]   RZ: [údaj]   VIN: [údaj]</w:t>
        <w:br/>
        <w:t>Tachometr: [km]   Palivo: [stav]   Předání dne: [datum a čas]</w:t>
      </w:r>
    </w:p>
    <w:p>
      <w:pPr>
        <w:pStyle w:val="Heading1"/>
      </w:pPr>
      <w:r>
        <w:t>Rozsah objednávky</w:t>
      </w:r>
    </w:p>
    <w:p>
      <w:r>
        <w:t>Zjištěné potíže a objednané práce: [přesný popis].</w:t>
        <w:br/>
        <w:t>Dohodnuté díly a materiál: [specifikace, nové / repasované / dodané zákazníkem].</w:t>
      </w:r>
    </w:p>
    <w:p>
      <w:r>
        <w:t>Diagnostika: [rozsah a cena nebo limit v Kč včetně DPH]. Samotná diagnostika není souhlasem s další opravou.</w:t>
      </w:r>
    </w:p>
    <w:p>
      <w:pPr>
        <w:pStyle w:val="Heading1"/>
      </w:pPr>
      <w:r>
        <w:t>Cena a změny zakázky</w:t>
      </w:r>
    </w:p>
    <w:p>
      <w:r>
        <w:t>Způsob určení ceny — ponechte jednu možnost: pevná cena / odhad / rozpočet v příloze.</w:t>
        <w:br/>
        <w:t>Cena: [částka] Kč včetně DPH; není-li servis plátcem DPH, uveďte tuto skutečnost. Záloha: [částka] Kč.</w:t>
      </w:r>
    </w:p>
    <w:p>
      <w:r>
        <w:t>Strany sjednávají, že práce nad dohodnutý rozsah a změna sjednané ceny vyžadují předchozí výslovný souhlas zákazníka. Servis předloží popis změny, novou cenu a dopad na termín. Souhlas se zaznamená písemně, e-mailem nebo SMS; bez něj se rozšíření neprovede.</w:t>
      </w:r>
    </w:p>
    <w:p>
      <w:pPr>
        <w:pStyle w:val="Heading1"/>
      </w:pPr>
      <w:r>
        <w:t>Termín a stav při předání</w:t>
      </w:r>
    </w:p>
    <w:p>
      <w:r>
        <w:t>Dohodnutý termín dokončení: [datum]. Způsob oznámení dokončení: [kontakt].</w:t>
        <w:br/>
        <w:t>Splatnost a způsob úhrady: [dohoda].</w:t>
      </w:r>
    </w:p>
    <w:p>
      <w:r>
        <w:t>Viditelné poškození, výbava a předané klíče: [popis; fotografie v příloze].</w:t>
        <w:br/>
        <w:t>Nakládání s vyměněnými díly: [dohoda, s ohledem na povinnosti při nakládání s odpady].</w:t>
      </w:r>
    </w:p>
    <w:p>
      <w:r>
        <w:t>Přílohy a další ujednání: [seznam]. Tento vzor neomezuje zákonná práva spotřebitele.</w:t>
      </w:r>
    </w:p>
    <w:p>
      <w:r>
        <w:t>V [místo] dne [datum]</w:t>
        <w:br/>
        <w:t>Zákazník: ____________________   Autoservis: ____________________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05050"/>
      </w:rPr>
      <w:t>ŠpatnýMechanik.cz  |  Vzor pro spotřebitele v ČR  |  2. října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ŠpatnýMechanik.cz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