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Reklamace opravy vozidla</w:t>
      </w:r>
    </w:p>
    <w:p>
      <w:r>
        <w:t>Vyplňte údaje v hranatých závorkách, odstraňte pokyny a ponechte si kopii včetně dokladu o doručení autoservisu. Tento vzor je určen pro reklamaci již provedené opravy.</w:t>
      </w:r>
    </w:p>
    <w:p>
      <w:pPr>
        <w:pStyle w:val="Heading1"/>
      </w:pPr>
      <w:r>
        <w:t>Zákazník a autoservis</w:t>
      </w:r>
    </w:p>
    <w:p>
      <w:r>
        <w:t>Zákazník: [jméno a příjmení]</w:t>
        <w:br/>
        <w:t>Adresa: [adresa]</w:t>
        <w:br/>
        <w:t>E-mail a telefon: [kontakt]</w:t>
      </w:r>
    </w:p>
    <w:p>
      <w:r>
        <w:t>Autoservis: [název nebo jméno podnikatele], IČO: [IČO]</w:t>
        <w:br/>
        <w:t>Provozovna / adresa pro doručení: [adresa]</w:t>
      </w:r>
    </w:p>
    <w:p>
      <w:pPr>
        <w:pStyle w:val="Heading1"/>
      </w:pPr>
      <w:r>
        <w:t>Vozidlo a původní oprava</w:t>
      </w:r>
    </w:p>
    <w:p>
      <w:r>
        <w:t>Značka a model: [údaje]   RZ: [údaj]   VIN: [údaj]</w:t>
      </w:r>
    </w:p>
    <w:p>
      <w:r>
        <w:t>Zakázka / faktura č.: [číslo]   Datum převzetí po opravě: [datum]</w:t>
        <w:br/>
        <w:t>Objednaná oprava: [rozsah]   Zaplacená cena: [částka] Kč</w:t>
      </w:r>
    </w:p>
    <w:p>
      <w:pPr>
        <w:pStyle w:val="Heading1"/>
      </w:pPr>
      <w:r>
        <w:t>Popis vady a požadované řešení</w:t>
      </w:r>
    </w:p>
    <w:p>
      <w:r>
        <w:t>Tímto reklamuji výše uvedenou opravu. Vada se projevuje takto: [konkrétní popis, kdy a za jakých okolností se projevila]. Vadu jsem zjistil/a dne [datum], při stavu tachometru [km].</w:t>
      </w:r>
    </w:p>
    <w:p>
      <w:r>
        <w:t>Požaduji: [např. bezplatné odstranění popsané vady opravy; jiný požadavek uveďte včetně odůvodnění]. Volba nároku závisí na povaze vady a okolnostech případu.</w:t>
      </w:r>
    </w:p>
    <w:p>
      <w:r>
        <w:t>Vozidlo je k posouzení dostupné [kde a kdy]. Prosím o dohodnutí předání; je-li nepojízdné, uveďte: [popis].</w:t>
      </w:r>
    </w:p>
    <w:p>
      <w:pPr>
        <w:pStyle w:val="Heading1"/>
      </w:pPr>
      <w:r>
        <w:t>Potvrzení a doručení</w:t>
      </w:r>
    </w:p>
    <w:p>
      <w:r>
        <w:t>Žádám o písemné potvrzení přijetí reklamace a o sdělení způsobu jejího vyřízení na výše uvedený kontakt. Nesjednávám tímto prodloužení zákonné lhůty.</w:t>
      </w:r>
    </w:p>
    <w:p>
      <w:r>
        <w:t>Přílohy: [faktura, zakázkový list, fotografie, diagnostika, další podklady]</w:t>
        <w:br/>
        <w:t>V [místo] dne [datum]   Podpis zákazníka: ____________________</w:t>
      </w:r>
    </w:p>
    <w:p>
      <w:r>
        <w:t>Přijetí reklamace autoservisem dne: __________   Převzal/a: __________</w:t>
      </w:r>
    </w:p>
    <w:p>
      <w:r>
        <w:rPr>
          <w:sz w:val="18"/>
        </w:rPr>
        <w:t>Pokyn: U spotřebitelské reklamace platí zpravidla nejvýše 30 dnů, pokud se strany nedohodnou na delší lhůtě. Poskytněte součinnost k posouzení vady. Zdroj: https://coi.gov.cz/faq/smlouva-o-dilo-2/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05050"/>
      </w:rPr>
      <w:t>ŠpatnýMechanik.cz  |  Vzor pro spotřebitele v ČR  |  2. října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ŠpatnýMechanik.cz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