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Rozpočet opravy vozidla</w:t>
      </w:r>
    </w:p>
    <w:p>
      <w:r>
        <w:t>Položková nabídka k odsouhlasení před opravou. Vyplňte druh ceny a rozsah prací. Samotné předání nabídky zákazníkovi není jeho souhlasem s provedením opravy.</w:t>
      </w:r>
    </w:p>
    <w:p>
      <w:pPr>
        <w:pStyle w:val="Heading1"/>
      </w:pPr>
      <w:r>
        <w:t>Údaje zakázky</w:t>
      </w:r>
    </w:p>
    <w:p>
      <w:r>
        <w:t>Autoservis: [název], IČO: [IČO], adresa: [adresa]</w:t>
        <w:br/>
        <w:t>Zákazník: [jméno a kontakt]   Zakázka č.: [číslo]</w:t>
      </w:r>
    </w:p>
    <w:p>
      <w:r>
        <w:t>Vozidlo / RZ / VIN: [údaje]</w:t>
        <w:br/>
        <w:t>Datum nabídky: [datum]   Platnost nabídky do: [datum]</w:t>
      </w:r>
    </w:p>
    <w:p>
      <w:pPr>
        <w:pStyle w:val="Heading1"/>
      </w:pPr>
      <w:r>
        <w:t>Položky a celková cena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r>
              <w:t>Práce nebo díl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r>
              <w:t>Množství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r>
              <w:t>Jednotková cena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r>
              <w:t>Celkem Kč</w:t>
            </w:r>
          </w:p>
        </w:tc>
      </w:tr>
      <w:tr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[popis]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[údaj]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</w:tr>
      <w:tr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[popis]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[údaj]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</w:tr>
      <w:tr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[popis]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[údaj]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</w:tr>
      <w:tr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[popis]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[údaj]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  <w:tc>
          <w:tcPr>
            <w:tcW w:type="dxa" w:w="25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[Kč]</w:t>
            </w:r>
          </w:p>
        </w:tc>
      </w:tr>
    </w:tbl>
    <w:p>
      <w:r>
        <w:t>Ceny v tabulce jsou: [s DPH / bez DPH — vyberte].</w:t>
        <w:br/>
        <w:t>Celkem bez DPH: [Kč]   DPH podle sazeb: [Kč]</w:t>
        <w:br/>
        <w:t>Celkem k úhradě včetně DPH: [Kč]. Neplátce DPH uvede konečnou cenu a údaj „neplátce DPH“.</w:t>
      </w:r>
    </w:p>
    <w:p>
      <w:pPr>
        <w:pStyle w:val="Heading1"/>
      </w:pPr>
      <w:r>
        <w:t>Druh ceny a rozsah nabídky</w:t>
      </w:r>
    </w:p>
    <w:p>
      <w:r>
        <w:t>Ponechte jednu variantu: pevná cena / cena určená odhadem / cena podle rozpočtu.</w:t>
        <w:br/>
        <w:t>U rozpočtu výslovně uveďte: bez výhrad / s výhradou neúplnosti / s výhradou nezávaznosti. Obsah případné výhrady: [popis].</w:t>
      </w:r>
    </w:p>
    <w:p>
      <w:r>
        <w:t>Zahrnuté práce, díly a diagnostika: [upřesnění].</w:t>
        <w:br/>
        <w:t>Nezahrnuté práce a předpoklady nabídky: [upřesnění].</w:t>
      </w:r>
    </w:p>
    <w:p>
      <w:r>
        <w:t>Změna rozsahu nebo ceny musí být předem předložena zákazníkovi ke schválení; uveďte důvod, cenu a nový termín. Zaznamenejte datum a způsob souhlasu.</w:t>
      </w:r>
    </w:p>
    <w:p>
      <w:pPr>
        <w:pStyle w:val="Heading1"/>
      </w:pPr>
      <w:r>
        <w:t>Schválení nabídky</w:t>
      </w:r>
    </w:p>
    <w:p>
      <w:r>
        <w:t>Dohodnutý termín: [datum]   Záloha: [Kč]</w:t>
        <w:br/>
        <w:t>Zákazník schvaluje nabídku v uvedeném rozsahu a objednává opravu.</w:t>
      </w:r>
    </w:p>
    <w:p>
      <w:r>
        <w:t>V [místo] dne [datum]</w:t>
        <w:br/>
        <w:t>Zákazník: ____________________   Autoservis: ____________________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05050"/>
      </w:rPr>
      <w:t>ŠpatnýMechanik.cz  |  Vzor pro spotřebitele v ČR  |  2. října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ŠpatnýMechanik.cz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